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F3CC9"/>
          <w:sz w:val="36"/>
          <w:rtl w:val="1"/>
          <w:bCs/>
          <w:szCs w:val="36"/>
        </w:rPr>
        <w:t>שם המספר – דף עבודה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זכר/נקבה, 11–19, מאות ואלפים, סתמי, סודר, תאריכים, שעות, סמיכות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שם: 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הקיפו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א. בחרו את המספר המתאים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1. בכיתה יש ___ ילדים חדשים. (3)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שלושת      ב. שלושה      ג. שלוש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2. קניתי ___ מחברות. (5)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חמישה      ב. חמשת      ג. חמש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3. יש לי ___ אחים. (2)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שני      ב. שניים      ג. שתי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4. יש לי ___ אחיות. (2)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      ב. שני      ג. שתיים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5. במשפחה שלנו יש ילדה ___. (1)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ראשונה      ב. אחת      ג. אחד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6. השלימו: חופשה של ___ ימים. (7)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שבעה      ב. שבעת      ג. שבע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7. בדירה יש ___ חדרים. (4)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ארבעת      ב. ארבעה      ג. ארבע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8. בעיר יש ___ שכונות. (6)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שישה      ב. ששת      ג. שש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9. גרנו בארץ ___ שנים. (3)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      ב. שלושה      ג. שלושת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10. למדנו ___ מילים חדשות. (9)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תשעה      ב. תשעת      ג. תשע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11. בחדר יש ___ חלונות. (5)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חמש      ב. חמישה      ג. חמשת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12. קניתי ___ ביצים. (10)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עשר      ב. עשרת      ג. עשרה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13. במשרד יש ___ כיסאות. (8)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שמונות      ב. שמונה      ג. שמונת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14. ביקרנו ב־___ ערים. (4)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ארבע      ב. ארבעת      ג. ארבעה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15. חיכינו ___ שבועות. (2)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      ב. שני      ג. שניים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16. בקבוצת כדורגל משחקים ___ שחקנים. (11)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אחד עשרה      ב. אחת עשרה      ג. אחד עשר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17. בכיתה לומדות ___ תלמידות. (15)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חמש עשרה      ב. חמש עשר      ג. חמישה עשר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18. בשנה יש ___ חודשים. (12)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שנים עשר      ב. שניים עשר      ג. שתים עשרה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19. ביממה יש עשרים וארבע שעות. בחצי יממה יש ___ שעות. (12)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שתים עשרה      ב. שתיים עשר      ג. שנים עשר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20. היא בת ___ שנים. (18)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שמונת עשר      ב. שמונה עשר      ג. שמונה עשרה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21. הלכנו ___ קילומטרים. (14)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ארבע עשרה      ב. ארבעה עשרה      ג. ארבעה עשר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22. בטיול השתתפו ___ ילדים. (21)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עשרים ואחת      ב. עשרים ואחד      ג. עשרים ואחד ילד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23. בחדר המורים יש ___ מורות. (22)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עשרים ושניים      ב. עשרים ושתי      ג. עשרים ושתיים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24. הכרטיס עלה ___ שקלים. (200)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מאתיים      ב. שני מאה      ג. שתי מאות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25. באולם ישבו ___ אנשים. (300)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 מאה      ב. שלושה מאות      ג. שלוש מאות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26. במשחק היו ___ צופים. (3,000)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 אלף      ב. שלושה אלף      ג. שלושת אלפים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27. בספרייה יש ___ ספרים. (2,000)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 אלפים      ב. שני אלף      ג. אלפיים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28. בבניין ___ דירות. (13)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שלושה עשר      ב. שלוש עשר      ג. שלוש עשרה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29. הספר עולה ___ שקלים. (59)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חמישים ותשעה      ב. חמישים ותשעת      ג. חמישים ותשע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30. בעיר גרים ___ תושבים. (10,000)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עשרת אלפים      ב. עשר אלפים      ג. עשרה אלף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31. אנחנו נוסעים לבית הספר בקו ___. (5)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חמישי      ב. חמישה      ג. חמש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32. פתחו את הספר בעמוד ___. (3)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שלושה      ב. שלוש      ג. שלושת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33. אנחנו לומדים בחדר ___. (12)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שתים עשרה      ב. שתיים עשר      ג. שנים עשר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34. שלוש ועוד ארבע שווה ___.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שבעה      ב. שבע      ג. שביעי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35. הפגישה תתקיים ב־___ בנובמבר. (5.11)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חמש      ב. חמישית      ג. חמישה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36. נולדתי ב־___ ביוני. (1.6)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אחד      ב. אחת      ג. ראשונה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37. המבחן ייערך ב־___ במרץ. (2.3)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שני      ב. שניים      ג. שתיים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38. השיעור מתחיל בשעה ___. (3:00)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שלישית      ב. שלושה      ג. שלוש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39. ניפגש ב־___ וחצי. (2:30)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שניים      ב. שתי      ג. שתיים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40. אנחנו גרים בקומה ה___. (3)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שלישי      ב. שלישית      ג. שלוש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41. היום ה___ בבית הספר החדש היה מרגש. (1)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אחד      ב. ראשון      ג. ראשונה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42. זאת הפעם ה___ שאני בירושלים. (2)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שתיים      ב. שנייה      ג. שני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43. ___ הילדים יצאו יחד לטיול. (3 – הילדים המוכרים)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שלושה      ב. שלוש      ג. שלושת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44. ___ הבנות שרו בטקס. (3 – הבנות המוכרות)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      ב. שלושת      ג. שלושה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45. שטפו את ___ הידיים. (2)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שתיים      ב. שני      ג. שתי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46. אני כותבת בשורה ה___. (10)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עשירי      ב. עשירית      ג. עשר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47. עלינו לרציף ___. (2)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שתיים      ב. שתי      ג. שניים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48. ___ החושים עוזרים לנו להכיר את העולם. (5)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חמש      ב. חמישה      ג. חמשת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ב. משימות חיים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49. 🛍️ חולצה במבצע: ₪45. איך אומרים את המחיר?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ארבעים וחמשת שקלים      ב. ארבעים וחמישה שקלים      ג. ארבעים וחמש שקלים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50. 🚌 כרטיס נסיעה: ₪6.50. איך אומרים?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שש שקלים וחמישים אגורות      ב. שישה שקלים וחמישים אגורות      ג. שישה שקלים וחמישים אגורים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51. 🧮 קניתי 3 עטים, כל אחד ב־₪10. כמה שילמתי?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 עשרה שקלים      ב. שלושים שקלים      ג. שלושה עשר שקלים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52. 🎂 יום ההולדת של תמר ב־1.12. איך אומרים?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באחת בדצמבר      ב. בראשונה בדצמבר      ג. באחד בדצמבר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53. 📅 יש מבחן ב־22.3. איך אומרים?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בעשרים ושתיים במרץ      ב. בעשרים ושניים במרץ      ג. בעשרים ושני במרץ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54. 🎬 הסרט מתחיל ב־20:15. איך אומרים?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בשמינית ורבע      ב. בשמונה ורבע      ג. בשמונה ורבעה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55. 🍽️ ארוחת הצהריים ב־13:00. איך אומרים?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באחת בצהריים      ב. באחד בצהריים      ג. בראשונה בצהריים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56. 🚆 הרכבת יוצאת מרציף 2. איך אומרים?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מרציף שניים      ב. מרציף שתי      ג. מרציף שתיים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 xml:space="preserve">57. ⏳ 48 שעות הן ___ 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שניים ימים      ב. שתי ימים      ג. יומיים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58. 📞 איך מקריאים את המספר 5 בטלפון?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חמישי      ב. חמש      ג. חמישה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ג. תקנו את הטעות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59. מצאו את הטעות ובחרו את המשפט המתוקן: בכיתה שלנו יש שלוש תלמידים חדשים.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בכיתה שלנו יש שלושת תלמידים חדשים.      ב. בכיתה שלנו יש שלושה תלמידים חדשים.      ג. בכיתה שלנו יש שלוש תלמידות חדשים.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60. מצאו את הטעות ובחרו את המשפט המתוקן: חיכיתי שתי שבועות לתשובה.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חיכיתי שני שבועות לתשובה.      ב. חיכיתי שבועות שתי לתשובה.      ג. חיכיתי שתיים שבועות לתשובה.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61. מצאו את הטעות ובחרו את המשפט המתוקן: קניתי חמישה מחברות לשנה החדשה.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קניתי חמישה מחברים לשנה החדשה.      ב. קניתי חמשת מחברות לשנה החדשה.      ג. קניתי חמש מחברות לשנה החדשה.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62. מצאו את הטעות ובחרו את המשפט המתוקן: הוא גר בארץ כבר שלושה שנים.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הוא גר בארץ כבר שלוש שנים.      ב. הוא גר בארץ כבר שלושת שנים.      ג. הוא גר בארץ כבר שלושה שנה.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63. מצאו את הטעות ובחרו את המשפט המתוקן: יש לי אחת אחות.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יש לי אחות אחת.      ב. יש לי אחד אחות.      ג. יש לי אחת אחות אחת.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64. מצאו את הטעות ובחרו את המשפט המתוקן: במשחק השתתפו שתים עשר שחקנים.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במשחק השתתפו שתים עשרה שחקנים.      ב. במשחק השתתפו שנים עשר שחקנים.      ג. במשחק השתתפו שניים עשרה שחקנים.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65. מצאו את הטעות ובחרו את המשפט המתוקן: קיבלנו שלוש אלף שקלים מהקרן.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קיבלנו שלושה אלף שקלים מהקרן.      ב. קיבלנו שלושת אלפים שקלים מהקרן.      ג. קיבלנו שלוש אלפים שקלים מהקרן.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66. מצאו את הטעות ובחרו את המשפט המתוקן: בבניין יש עשרים ושני דירות.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בבניין יש עשרים ושתיים דירות.      ב. בבניין יש עשרים ושתי דירות.      ג. בבניין יש עשרים ושניים דירות.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67. מצאו את הטעות ובחרו את המשפט המתוקן: הספר עולה חמישים ותשע שקלים.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הספר עולה חמישים ותשעה שקלים.      ב. הספר עולה חמישים ותשע שקל.      ג. הספר עולה חמישים ותשעת שקלים.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68. מצאו את הטעות ובחרו את המשפט המתוקן: האוטובוס הגיע בשעה שלושה.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האוטובוס הגיע בשעה שלוש.      ב. האוטובוס הגיע בשעה שלישית.      ג. האוטובוס הגיע בשעה שלושת.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69. מצאו את הטעות ובחרו את המשפט המתוקן: עלינו לקו שבעה ליד הבית.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עלינו לקו שבע ליד הבית.      ב. עלינו לקו שביעי ליד הבית.      ג. עלינו לקו שבעת ליד הבית.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70. מצאו את הטעות ובחרו את המשפט המתוקן: שלושה הילדים הלכו הביתה.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 הילדים הלכו הביתה.      ב. שלושה ילדים הלכו הביתה הם.      ג. שלושת הילדים הלכו הביתה.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71. מצאו את הטעות ובחרו את המשפט המתוקן: המבחן ייערך בשתיים בדצמבר.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המבחן ייערך בשנייה בדצמבר.      ב. המבחן ייערך בשניים בדצמבר.      ג. המבחן ייערך בשתי בדצמבר.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72. מצאו את הטעות ובחרו את המשפט המתוקן: אנחנו גרים בקומה השלישי.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אנחנו גרים בקומה השלישית.      ב. אנחנו גרים בקומה שלוש השלישי.      ג. אנחנו גרים בקומה השלושה.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ד. איך קוראים?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73. איך קוראים? 4 תלמידות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ארבע תלמידות      ב. ארבעת תלמידות      ג. ארבעה תלמידות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74. איך קוראים? 4 תלמידים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ארבעת תלמידים      ב. ארבעה תלמידים      ג. ארבע תלמידים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75. איך קוראים? 2 עוגות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 עוגות      ב. שני עוגות      ג. שתיים עוגות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76. איך קוראים? ₪2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 שקלים      ב. שני שקלים      ג. שניים שקלים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77. איך קוראים? 11 בנות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אחת עשרה בנות      ב. אחת עשר בנות      ג. אחד עשר בנות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78. איך קוראים? 17 ילדים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שבע עשרה ילדים      ב. שבעה עשר ילדים      ג. שבעה עשרה ילדים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79. איך קוראים? 12 חודשים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שתים עשרה חודשים      ב. שנים עשר חודשים      ג. שניים עשרה חודשים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80. איך קוראים? 300 מטר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שלוש מאה מטר      ב. שלושה מאות מטר      ג. שלוש מאות מטר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81. איך קוראים? 5,000 איש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חמש אלפים איש      ב. חמשת אלפים איש      ג. חמישה אלף איש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82. איך קוראים? קו 9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קו תשיעי      ב. קו תשע      ג. קו תשעה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83. איך קוראים? ב־15 באוגוסט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בחמש עשרה באוגוסט      ב. בחמישה עשר באוגוסט      ג. בחמישה עשרה באוגוסט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84. איך קוראים? בשעה 11:30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באחת עשר וחצי      ב. באחד עשר וחצי      ג. באחת עשרה וחצי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יצרה: רוית ראש בן ישי · לשון לעולים – רמה ג׳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