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מילות יחס ונטייה – דף עבודה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על, אל, ב, ל, את, מ, עם + פעלים עם מילת יחס קבועה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שם: 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הקיפו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1. ההורים דואגים לילדים, ותמיד חושבים ___. (על + הם)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אליהם      ב. עליו      ג. בהם      ד. עליהם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2. המורה פנתה ___ ושאלה שאלה. (אל + אנחנו)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אלינו      ב. איתנו      ג. עלינו      ד. לנו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3. ראיתי ___ אתמול בספרייה. (את + הוא)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אותה      ב. אותו      ג. לו      ד. איתו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4. ביקשתי ___ עזרה בשיעורי הבית. (מ + הוא)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מהו      ב. ממני      ג. ממנו      ד. אליו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5. ביקשנו ___ להסביר שוב. (מ + היא)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לה      ב. מהיא      ג. ממנה      ד. ממנו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6. נדבר ___ מחר, תמר. (עם + את)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עליך      ב. לך      ג. אותך      ד. איתך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7. הם תמיד משחקים ___ בהפסקה. (עם + אנחנו)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לנו      ב. אלינו      ג. אותנו      ד. איתנו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8. קיבלתי מכתב יפה ___. (מ + אתם)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מכם      ב. אתכם      ג. מאתם      ד. מהם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9. שמרו ___ – הן עוד קטנות. (על + הן)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עליה      ב. עליהם      ג. אליהן      ד. עליהן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10. אני מכיר ___ כבר שנתיים. (את + אתם)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אותם      ב. אליכם      ג. אתכם      ד. לכם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11. המורה הסבירה ___ את התרגיל, בנות. (ל + אתן)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לכן      ב. להן      ג. אתכן      ד. לכם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12. דנה, אני סומכת ___. (על + את)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אלייך      ב. עליך      ג. עלייך      ד. עלייה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13. התלמידים מתעניינים ___היסטוריה.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      ב. את      ג. ב      ד. 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14. אני מתגעגעת ___סבא ולסבתא שלי.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      ב. על      ג. את      ד. ב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15. הוועדה תדון ___הצעה החדשה.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      ב. על      ג. את      ד. 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16. אל תוותרו ___ החלום שלכם!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את      ב. ב      ג. על      ד. מ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17. הילדה מפחדת ___כלבים גדולים.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      ב. ב      ג. את      ד. 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18. כל הכיתה השתתפה ___טקס.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      ב. את      ג. ל      ד. 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19. חיכינו ___אוטובוס חצי שעה.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      ב. את      ג. ב      ד. 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20. קשה להתרגל ___חום של הקיץ.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      ב. את      ג. ל      ד. מ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21. מזג האוויר משפיע ___ מצב הרוח.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      ב. על      ג. ב      ד. את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22. נהנינו מאוד ___הופעה.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      ב. על      ג. ב      ד. את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23. הרופאה טיפלה ___ילד בסבלנות.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את      ב. ל      ג. ב      ד. על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24. אפשר להשתמש ___מילון במבחן.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      ב. ב      ג. ל      ד. את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25. ״אני מתעניין בספורט. אני מתעניין ___ מאוד.״ (ב + הוא)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אותו      ב. בו      ג. לו      ד. עליו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26. ״חשבתי על סבתא שלי. חשבתי ___ כל היום.״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עליה      ב. לה      ג. בה      ד. אותה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27. ״הם פחדו מהכלב. הם פחדו ___.״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עליו      ב. בו      ג. ממנו      ד. אותו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28. ״היא עוזרת לאחים הקטנים. היא עוזרת ___ בכל יום.״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להם      ב. בהם      ג. אותם      ד. עליהם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29. באיזה משפט מילת היחס נכונה?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היא מתעניינת על אמנות.      ב. הוועד החליט לטפל בבעיה.      ג. אני מתגעגעת את המשפחה.      ד. הם השתתפו את הטקס.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 · לשון לעולים – רמה ג׳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