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4F3CC9"/>
          <w:sz w:val="36"/>
          <w:rtl w:val="1"/>
          <w:bCs/>
          <w:szCs w:val="36"/>
        </w:rPr>
        <w:t>מילות קישור – דף עבודה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סיבה, תוצאה, ניגוד, ויתור, הוספה, תכלית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שם: ________________   כיתה: ______   תאריך: __________</w:t>
      </w:r>
    </w:p>
    <w:p>
      <w:pPr>
        <w:bidi w:val="1"/>
        <w:jc w:val="right"/>
      </w:pPr>
      <w:r>
        <w:rPr>
          <w:rFonts w:ascii="Arial" w:hAnsi="Arial" w:cs="Arial"/>
          <w:rtl w:val="1"/>
        </w:rPr>
        <w:t>הקיפו את התשובה הנכונה.</w:t>
      </w:r>
    </w:p>
    <w:p>
      <w:pPr>
        <w:bidi w:val="1"/>
        <w:jc w:val="right"/>
      </w:pPr>
      <w:r>
        <w:rPr>
          <w:rFonts w:ascii="Arial" w:hAnsi="Arial" w:cs="Arial"/>
          <w:b/>
          <w:color w:val="2B55D9"/>
          <w:sz w:val="28"/>
          <w:rtl w:val="1"/>
          <w:bCs/>
          <w:szCs w:val="28"/>
        </w:rPr>
        <w:t>שאלות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1. ירד גשם חזק, ___ המשחק נדחה.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בנוסף      ב. למרות ש      ג. כדי ש      ד. לכן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2. המשחק נדחה ___ ירד גשם חזק.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כדי      ב. מפני ש      ג. אף על פי ש      ד. לכן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3. ___ ירד גשם חזק, המשחק התקיים כרגיל.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למרות ש      ב. מפני ש      ג. כדי ש      ד. לכן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4. דניאל אוהב מתמטיקה, ___ אחותו אוהבת ספרות.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כדי ש      ב. מפני ש      ג. לכן      ד. ואילו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5. למדתי כל ערב ___ להצליח במבחן.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לכן      ב. כי      ג. למרות      ד. כדי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6. נשארנו בבית ___ לא היה לנו כוח לצאת.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כי      ב. ואילו      ג. כדי      ד. לכן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7. המורה דיברה לאט ___ כולם יבינו.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אף על פי ש      ב. כדי ש      ג. מפני ש      ד. לכן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8. הספרייה פתוחה בבוקר. ___, היא פתוחה גם בערב.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לעומת זאת      ב. כמו כן      ג. למרות זאת      ד. לכן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9. הוא היה עייף מאוד. ___ הוא המשיך לעבוד עד הערב.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לכן      ב. כמו כן      ג. למרות זאת      ד. כדי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10. ___ העבודה הקשה של כל הצוות, הפרויקט הצליח.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כדי      ב. למרות      ג. לכן      ד. בזכות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11. ___ מזג האוויר הסוער, הטיסה בוטלה.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כדי      ב. בגלל      ג. למרות      ד. לכן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12. הכרטיסים נמכרו מהר מאוד; ___, אנשים רבים נשארו בלי כרטיס.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מפני ש      ב. כתוצאה מכך      ג. אף על פי ש      ד. כדי 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13. בקיץ חם מאוד באילת, ___ בירושלים הלילות קרירים.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בגלל ש      ב. ואילו      ג. כדי ש      ד. לכן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14. ___ שהוא עלה לארץ רק לפני שנה, הוא מדבר עברית יפה מאוד.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אף על פי      ב. לכן      ג. כדי      ד. מפני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15. הם התאמנו כל יום ___ לזכות בתחרות.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הואיל      ב. על מנת      ג. לפיכך      ד. מאחר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16. האוטובוס איחר בחצי שעה, ___ הגענו בזמן.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ובכל זאת      ב. ולכן      ג. מפני ש      ד. כדי 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17. הדירה גדולה ומוארת; ___, היא קרובה לים.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לפיכך      ב. יתר על כן      ג. אף על פי כן      ד. לעומת זאת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18. ___ שהתלמידים ביקשו, המבחן נדחה בשבוע.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מאחר      ב. כדי      ג. אף על פי      ד. לעומת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19. איזה קשר מביעה המילה ״לפיכך״?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סיבה      ב. ניגוד      ג. תוצאה      ד. תכלית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20. איזה קשר מביעה המילה ״הואיל ו...״?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הוספה      ב. ויתור      ג. סיבה      ד. תוצאה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21. איזה קשר מביעה המילה ״אף ש...״?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תכלית      ב. ויתור      ג. הוספה      ד. תוצאה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22. החליפו את המילה המודגשת במילה בעלת אותו תפקיד: ״הוא לא בא לשיעור, כי היה חולה.״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לכן      ב. מפני ש      ג. למרות ש      ד. כדי ש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23. ״למרות הרעש, התלמידים התרכזו במשימה.״ איזה קשר?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תכלית      ב. ויתור      ג. תוצאה      ד. סיבה</w:t>
      </w:r>
    </w:p>
    <w:p>
      <w:pPr>
        <w:bidi w:val="1"/>
        <w:jc w:val="right"/>
      </w:pPr>
      <w:r>
        <w:rPr>
          <w:rFonts w:ascii="Arial" w:hAnsi="Arial" w:cs="Arial"/>
          <w:b/>
          <w:rtl w:val="1"/>
          <w:bCs/>
        </w:rPr>
        <w:t>24. ״לשם שיפור הקריאה, הספרייה פתחה חוג.״ איזה קשר?</w:t>
      </w:r>
    </w:p>
    <w:p>
      <w:pPr>
        <w:bidi w:val="1"/>
        <w:jc w:val="right"/>
      </w:pPr>
      <w:r>
        <w:rPr>
          <w:rFonts w:ascii="Arial" w:hAnsi="Arial" w:cs="Arial"/>
          <w:sz w:val="22"/>
          <w:rtl w:val="1"/>
          <w:szCs w:val="22"/>
        </w:rPr>
        <w:t>א. תכלית      ב. ניגוד      ג. הוספה      ד. סיבה</w:t>
      </w:r>
    </w:p>
    <w:p>
      <w:pPr>
        <w:bidi w:val="1"/>
        <w:jc w:val="right"/>
      </w:pPr>
      <w:r>
        <w:rPr>
          <w:rFonts w:ascii="Arial" w:hAnsi="Arial" w:cs="Arial"/>
          <w:color w:val="555555"/>
          <w:sz w:val="20"/>
          <w:rtl w:val="1"/>
          <w:szCs w:val="20"/>
        </w:rPr>
        <w:t>יצרה: רוית ראש בן ישי · לשון לעולים – רמה ג׳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