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מערכת הפועל – דף עבודה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זמנים, בניינים, פעיל↔סביל, גזרת ל״י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שם: 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הקיפו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1. באיזה זמן הפועל ״אכתוב״?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הווה      ב. עבר      ג. ציווי      ד. עתיד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2. באיזה זמן הפועל ״כתבנו״?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הווה      ב. עתיד      ג. עבר      ד. שם פועל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3. ״הם קונים ספרים.״ ← אתמול הם ___ ספרים.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יקנו      ב. קונו      ג. קנו      ד. קנתה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4. ״היא בונה מגדל.״ ← אתמול היא ___ מגדל.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בנה      ב. בנתה      ג. בניתה      ד. בונתה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5. ״אני רוצה לנוח.״ ← אתמול ___ לנוח.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ארצה      ב. רציתי      ג. רצתי      ד. רוציתי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6. ״אנחנו שותים מים.״ ← מחר ___ מים.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נשתית      ב. נשתה      ג. שתינו      ד. נשתו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7. ״הם רואים סרט.״ ← אתמול הם ___ סרט.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ראו      ב. רואו      ג. יראו      ד. ראיו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8. ״הוא מנסה שוב.״ ← אתמול הוא ___ שוב.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הנסה      ב. ינסה      ג. ניסה      ד. נוסה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9. ״את עונה על השאלה.״ ← מחר את ___ על השאלה.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ענית      ב. תענה      ג. תעני      ד. תעניי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10. באיזה בניין הפועל ״הִתְלַבֵּשׁ״?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התפעל      ב. נפעל      ג. הפעיל      ד. פיעל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11. באיזה בניין הפועל ״הִזְמִינוּ״?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קל      ב. הפעיל      ג. פיעל      ד. התפעל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12. באיזה בניין הפועל ״סִפְּרָה״?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קל      ב. פועל      ג. נפעל      ד. פיעל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13. באיזה בניין הפועל ״נִכְנַס״?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נפעל      ב. התפעל      ג. קל      ד. הפעיל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14. באיזה בניין הפועל ״הוּזְמַן״?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נפעל      ב. הפעיל      ג. פועל      ד. הופעל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15. באיזה בניין הפועל ״סוּדַּר״?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הופעל      ב. פיעל      ג. פועל      ד. קל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16. מה הסביל של ״כָּתַב״ (קל)?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הוּכְתַּב      ב. הִתְכַּתֵּב      ג. נִכְתַּב      ד. כוּתַּב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17. מה הסביל של ״סִידֵּר״ (פיעל)?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הוּסְדַּר      ב. סוּדַּר      ג. סִדְּרוּ      ד. הִסְתַּדֵּר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18. מה הסביל של ״הִזְמִין״ (הפעיל)?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נִזְמַן      ב. הוּזְמַן      ג. זוּמַּן      ד. הִזְדַּמֵּן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19. מה הסביל של ״תִּיקֵּן״?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הוּתְקַן      ב. תּוּקַּן      ג. נִתְקַן      ד. הִתְתַּקֵּן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20. מה הסביל של ״הִדְלִיק״?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הוּדְלַק      ב. דּוּלַּק      ג. הִתְדַּלֵּק      ד. הִדְלִיקָה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21. מה הסביל של ״שָׁלַח״?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נִשְׁלַח      ב. שָׁלְחוּ      ג. הוּשְׁלַח      ד. הִשְׁתַּלֵּחַ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22. הפכו לסביל: ״הטכנאי תיקן את המחשב.״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המחשב תיקן את הטכנאי.      ב. הטכנאי תוקן על ידי המחשב.      ג. המחשב תוקן על ידי הטכנאי.      ד. המחשב נתקן על ידי הטכנאי.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23. הפכו לסביל: ״המורה הזמינה את ההורים.״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ההורים הוזמן על ידי המורה.      ב. ההורים הוזמנו על ידי המורה.      ג. ההורים הזמינו את המורה.      ד. ההורים יוזמנו על ידי המורה.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24. הפכו לסביל: ״התלמידים כתבו את העבודה.״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העבודה נכתב על ידי התלמידים.      ב. העבודה נכתבו על ידי התלמידים.      ג. העבודה כתבה את התלמידים.      ד. העבודה נכתבה על ידי התלמידים.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25. הפכו לסביל: ״העירייה תבנה גן חדש.״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גן חדש תיבנה על ידי העירייה.      ב. גן חדש ייבנה על ידי העירייה.      ג. גן חדש נבנה על ידי העירייה.      ד. גן חדש בונה את העירייה.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26. הפכו לסביל: ״הוועד מארגן את הטיול.״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הטיול מארגן את הוועד.      ב. הטיול מאורגן על ידי הוועד.      ג. הטיול נארגן על ידי הוועד.      ד. הטיול אורגן על ידי הוועד.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27. הפכו לפעיל: ״הדלת נפתחה על ידי השומר.״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הדלת פתחה את השומר.      ב. השומר פתחה את הדלת.      ג. השומר פתח את הדלת.      ד. השומר נפתח את הדלת.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 · לשון לעולים – רמה ג׳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