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4F3CC9"/>
          <w:sz w:val="36"/>
          <w:rtl w:val="1"/>
          <w:bCs/>
          <w:szCs w:val="36"/>
        </w:rPr>
        <w:t>התאמה דקדוקית – דף עבודה</w:t>
      </w:r>
    </w:p>
    <w:p>
      <w:pPr>
        <w:bidi w:val="1"/>
        <w:jc w:val="right"/>
      </w:pPr>
      <w:r>
        <w:rPr>
          <w:rFonts w:ascii="Arial" w:hAnsi="Arial" w:cs="Arial"/>
          <w:color w:val="555555"/>
          <w:sz w:val="20"/>
          <w:rtl w:val="1"/>
          <w:szCs w:val="20"/>
        </w:rPr>
        <w:t>שם עצם ושם תואר – מין, מספר, יידוע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שם: ________________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הקיפו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שאלות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1. קנינו שולחנות ___ לכיתה.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חדשה      ב. חדש      ג. חדשים      ד. חדשות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2. המורה הכינה תוכנית ___.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מפורטת      ב. מפורטים      ג. מפורט      ד. מפורטות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3. הגענו לערים ___.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גדול      ב. גדולה      ג. גדולים      ד. גדולות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4. בטקסט יש מילים ___.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קשה      ב. קשות      ג. קשים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5. החלונות ___ כל הבוקר.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פתוחים      ב. פתוח      ג. פתוחה      ד. פתוחות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6. איחלנו להם שנים ___.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טוב      ב. טובים      ג. טובות      ד. טובה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7. בחורף הלילות ___.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ארוכים      ב. ארוך      ג. ארוכה      ד. ארוכות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8. בשדה היו אבנים ___.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כבדות      ב. כבדה      ג. כבדים      ד. כבד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9. יש לה עיניים ___.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כחול      ב. כחולה      ג. כחולות      ד. כחולים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10. ביקרנו במקומות ___.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יפה      ב. יפים      ג. יפות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11. הקירות בכיתה ___.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לבנות      ב. לבן      ג. לבנים      ד. לבנה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12. באיזה צירוף ההתאמה נכונה?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תוכנית הלימודים החדש      ב. תוכנית הלימודים החדשה      ג. תוכנית הלימודים החדשים      ד. תוכנית הלימודים החדשות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13. באיזה צירוף ההתאמה נכונה?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בית הספר חדש      ב. בית ספר החדש      ג. בית הספר החדשה      ד. בית הספר החדש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14. באיזה משפט ההתאמה נכונה?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קנינו כיסאות חדשות.      ב. הבית הגדולה ליד הים.      ג. פגשנו אנשים נחמדים בטיול.      ד. במדבר יש הרים גבוהות.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15. המכוניות ___ מהר מדי בכביש הזה.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נוסע      ב. נוסעת      ג. נוסעות      ד. נוסעים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16. ״הנשים ___ בוועדה.״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חכמים      ב. חכמות      ג. חכמה      ד. חכם</w:t>
      </w:r>
    </w:p>
    <w:p>
      <w:pPr>
        <w:bidi w:val="1"/>
        <w:jc w:val="right"/>
      </w:pPr>
      <w:r>
        <w:rPr>
          <w:rFonts w:ascii="Arial" w:hAnsi="Arial" w:cs="Arial"/>
          <w:color w:val="555555"/>
          <w:sz w:val="20"/>
          <w:rtl w:val="1"/>
          <w:szCs w:val="20"/>
        </w:rPr>
        <w:t>יצרה: רוית ראש בן ישי · לשון לעולים – רמה ג׳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